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29DA3B" w14:textId="77777777" w:rsidR="0083652A" w:rsidRPr="0034165C" w:rsidRDefault="0083652A" w:rsidP="0083652A">
      <w:pPr>
        <w:jc w:val="center"/>
      </w:pPr>
      <w:r w:rsidRPr="0034165C">
        <w:rPr>
          <w:b/>
          <w:sz w:val="40"/>
        </w:rPr>
        <w:t>CLEARMETHODIQ</w:t>
      </w:r>
    </w:p>
    <w:p w14:paraId="69A5DB67" w14:textId="77777777" w:rsidR="0083652A" w:rsidRDefault="0083652A" w:rsidP="0083652A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Tool 21 – Anonymous Question QR Poster</w:t>
      </w:r>
    </w:p>
    <w:p w14:paraId="71A82BC2" w14:textId="77777777" w:rsidR="00600830" w:rsidRDefault="00000000">
      <w:pPr>
        <w:jc w:val="center"/>
        <w:rPr>
          <w:b/>
          <w:sz w:val="24"/>
        </w:rPr>
      </w:pPr>
      <w:r>
        <w:rPr>
          <w:b/>
          <w:sz w:val="24"/>
        </w:rPr>
        <w:t>AGES 13–17</w:t>
      </w:r>
    </w:p>
    <w:p w14:paraId="5E4447E1" w14:textId="77777777" w:rsidR="009E5D02" w:rsidRDefault="009E5D02">
      <w:pPr>
        <w:jc w:val="center"/>
      </w:pPr>
    </w:p>
    <w:p w14:paraId="2F18723C" w14:textId="1751119B" w:rsidR="00600830" w:rsidRDefault="00000000">
      <w:pPr>
        <w:rPr>
          <w:b/>
        </w:rPr>
      </w:pPr>
      <w:r>
        <w:rPr>
          <w:b/>
        </w:rPr>
        <w:t>Hello valued teacher</w:t>
      </w:r>
      <w:r w:rsidR="00C55546">
        <w:rPr>
          <w:b/>
        </w:rPr>
        <w:t>,</w:t>
      </w:r>
    </w:p>
    <w:p w14:paraId="57E34575" w14:textId="77777777" w:rsidR="00600830" w:rsidRDefault="00000000">
      <w:r>
        <w:rPr>
          <w:b/>
        </w:rPr>
        <w:t>Anonymous Question Form for Students:</w:t>
      </w:r>
    </w:p>
    <w:p w14:paraId="44EC754B" w14:textId="4A770357" w:rsidR="00600830" w:rsidRDefault="00C55546" w:rsidP="00C55546">
      <w:r>
        <w:t>[</w:t>
      </w:r>
      <w:hyperlink r:id="rId8" w:history="1">
        <w:r w:rsidRPr="00A26507">
          <w:rPr>
            <w:rStyle w:val="Hyperlink"/>
          </w:rPr>
          <w:t>https://form.jotform.com/262333513848055</w:t>
        </w:r>
      </w:hyperlink>
      <w:r>
        <w:t>]</w:t>
      </w:r>
    </w:p>
    <w:p w14:paraId="3E5C8547" w14:textId="77777777" w:rsidR="00600830" w:rsidRDefault="00000000">
      <w:r>
        <w:rPr>
          <w:b/>
          <w:sz w:val="24"/>
        </w:rPr>
        <w:t>How to Use This Form:</w:t>
      </w:r>
    </w:p>
    <w:p w14:paraId="7E71D61F" w14:textId="77777777" w:rsidR="00600830" w:rsidRDefault="00000000">
      <w:r>
        <w:rPr>
          <w:b/>
        </w:rPr>
        <w:t>This is your free online form for collecting anonymous questions from students.</w:t>
      </w:r>
    </w:p>
    <w:p w14:paraId="70306197" w14:textId="77777777" w:rsidR="00600830" w:rsidRDefault="00000000">
      <w:pPr>
        <w:spacing w:after="120"/>
        <w:ind w:left="288"/>
      </w:pPr>
      <w:r>
        <w:t>Open the Jotform link above and create/use your own copy of the form. Make sure you are working with your own copy, not the original form.</w:t>
      </w:r>
    </w:p>
    <w:p w14:paraId="0B1CC14A" w14:textId="77777777" w:rsidR="00600830" w:rsidRDefault="00000000">
      <w:r>
        <w:rPr>
          <w:b/>
        </w:rPr>
        <w:t>1. Open your copied form.</w:t>
      </w:r>
    </w:p>
    <w:p w14:paraId="692FE8DB" w14:textId="77777777" w:rsidR="00600830" w:rsidRDefault="00000000">
      <w:pPr>
        <w:spacing w:after="120"/>
        <w:ind w:left="288"/>
      </w:pPr>
      <w:r>
        <w:t>Make sure you are working in your own copy, not the original.</w:t>
      </w:r>
    </w:p>
    <w:p w14:paraId="6E050381" w14:textId="77777777" w:rsidR="00600830" w:rsidRDefault="00000000">
      <w:r>
        <w:rPr>
          <w:b/>
        </w:rPr>
        <w:t>2. Check that responses go to your account.</w:t>
      </w:r>
    </w:p>
    <w:p w14:paraId="516465EC" w14:textId="77777777" w:rsidR="00600830" w:rsidRDefault="00000000">
      <w:pPr>
        <w:spacing w:after="120"/>
        <w:ind w:left="288"/>
      </w:pPr>
      <w:r>
        <w:t>Open the Submissions/Responses area in Jotform and make sure submitted student questions are being collected in your account.</w:t>
      </w:r>
    </w:p>
    <w:p w14:paraId="13A6E488" w14:textId="77777777" w:rsidR="00600830" w:rsidRDefault="00000000">
      <w:r>
        <w:rPr>
          <w:b/>
        </w:rPr>
        <w:t>3. Share the form with your students.</w:t>
      </w:r>
    </w:p>
    <w:p w14:paraId="0499E810" w14:textId="77777777" w:rsidR="00600830" w:rsidRDefault="00000000">
      <w:pPr>
        <w:spacing w:after="120"/>
        <w:ind w:left="288"/>
      </w:pPr>
      <w:r>
        <w:t>Copy the shareable/public form link from Jotform. You can share it by email, team chat, internal systems, or any platform your students already use.</w:t>
      </w:r>
    </w:p>
    <w:p w14:paraId="1F685933" w14:textId="77777777" w:rsidR="00600830" w:rsidRDefault="00000000">
      <w:r>
        <w:rPr>
          <w:b/>
        </w:rPr>
        <w:t>4. Let students know they can ask questions online.</w:t>
      </w:r>
    </w:p>
    <w:p w14:paraId="0132B387" w14:textId="77777777" w:rsidR="00600830" w:rsidRDefault="00000000">
      <w:pPr>
        <w:spacing w:after="120"/>
        <w:ind w:left="288"/>
      </w:pPr>
      <w:r>
        <w:t>Students can complete the form online, and their questions will be saved in your copied Jotform.</w:t>
      </w:r>
    </w:p>
    <w:p w14:paraId="111DE5C9" w14:textId="77777777" w:rsidR="00600830" w:rsidRDefault="00000000">
      <w:r>
        <w:rPr>
          <w:b/>
        </w:rPr>
        <w:t>5. Use the optional anonymous code name field if needed.</w:t>
      </w:r>
    </w:p>
    <w:p w14:paraId="43051C26" w14:textId="77777777" w:rsidR="00600830" w:rsidRDefault="00000000">
      <w:pPr>
        <w:spacing w:after="120"/>
        <w:ind w:left="288"/>
      </w:pPr>
      <w:r>
        <w:t>Some students may not want to use their real name. The optional code name field lets them choose a code name so they can ask questions more comfortably while still giving you a way to identify their response if needed.</w:t>
      </w:r>
    </w:p>
    <w:p w14:paraId="3615B1C3" w14:textId="77777777" w:rsidR="00600830" w:rsidRDefault="00000000">
      <w:r>
        <w:rPr>
          <w:b/>
        </w:rPr>
        <w:t>6. Use a spreadsheet if helpful.</w:t>
      </w:r>
    </w:p>
    <w:p w14:paraId="795160CD" w14:textId="77777777" w:rsidR="00600830" w:rsidRDefault="00000000">
      <w:pPr>
        <w:spacing w:after="120"/>
        <w:ind w:left="288"/>
      </w:pPr>
      <w:r>
        <w:t>If you export or connect the Jotform submissions to a spreadsheet, you can review all student questions in one place. This helps you see patterns in what students understand and where they may need more clarity or support.</w:t>
      </w:r>
    </w:p>
    <w:p w14:paraId="41FB85F1" w14:textId="77777777" w:rsidR="00600830" w:rsidRDefault="00000000">
      <w:r>
        <w:rPr>
          <w:b/>
        </w:rPr>
        <w:t>7. Use ChatGPT to review patterns if you want.</w:t>
      </w:r>
    </w:p>
    <w:p w14:paraId="694E56EC" w14:textId="77777777" w:rsidR="00600830" w:rsidRDefault="00000000">
      <w:pPr>
        <w:spacing w:after="120"/>
        <w:ind w:left="288"/>
      </w:pPr>
      <w:r>
        <w:t>You can export or copy submission data into ChatGPT to help summarize common questions, repeated confusion, or areas that may need better explanation or support.</w:t>
      </w:r>
    </w:p>
    <w:p w14:paraId="7D699CE8" w14:textId="77777777" w:rsidR="00600830" w:rsidRDefault="00000000">
      <w:r>
        <w:rPr>
          <w:b/>
        </w:rPr>
        <w:t>8. Create Your QR Code Poster.</w:t>
      </w:r>
    </w:p>
    <w:p w14:paraId="57B5762D" w14:textId="77777777" w:rsidR="00600830" w:rsidRDefault="00000000">
      <w:pPr>
        <w:spacing w:after="120"/>
        <w:ind w:left="288"/>
      </w:pPr>
      <w:r>
        <w:lastRenderedPageBreak/>
        <w:t>If you want students to access the anonymous question form by scanning a QR code, use the ClearMethodIQ QR Code Poster Generator. It provides instructions for creating your QR poster.</w:t>
      </w:r>
    </w:p>
    <w:p w14:paraId="67838CF6" w14:textId="77777777" w:rsidR="00600830" w:rsidRDefault="00000000">
      <w:r>
        <w:rPr>
          <w:b/>
        </w:rPr>
        <w:t>QR Code Poster Generator</w:t>
      </w:r>
    </w:p>
    <w:p w14:paraId="3CC3B9CB" w14:textId="77777777" w:rsidR="00600830" w:rsidRDefault="00000000">
      <w:r>
        <w:t>https://clearmethodiq.com/qr-code-poster/</w:t>
      </w:r>
    </w:p>
    <w:p w14:paraId="3BBB8753" w14:textId="77777777" w:rsidR="00600830" w:rsidRDefault="00000000">
      <w:r>
        <w:t>Use the instructions on the QR Code Poster Generator page to create and display your poster.</w:t>
      </w:r>
    </w:p>
    <w:p w14:paraId="2443482E" w14:textId="77777777" w:rsidR="00600830" w:rsidRDefault="00000000">
      <w:r>
        <w:t>Thank you for using this tool to help students slow down, think clearly, and communicate what they do or do not understand.</w:t>
      </w:r>
    </w:p>
    <w:sectPr w:rsidR="00600830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29CD7F" w14:textId="77777777" w:rsidR="00E42E69" w:rsidRDefault="00E42E69">
      <w:pPr>
        <w:spacing w:after="0" w:line="240" w:lineRule="auto"/>
      </w:pPr>
      <w:r>
        <w:separator/>
      </w:r>
    </w:p>
  </w:endnote>
  <w:endnote w:type="continuationSeparator" w:id="0">
    <w:p w14:paraId="060C38CC" w14:textId="77777777" w:rsidR="00E42E69" w:rsidRDefault="00E42E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71CCF6" w14:textId="77777777" w:rsidR="00600830" w:rsidRDefault="00000000">
    <w:pPr>
      <w:pStyle w:val="Footer"/>
      <w:jc w:val="center"/>
    </w:pPr>
    <w:r>
      <w:rPr>
        <w:sz w:val="16"/>
      </w:rPr>
      <w:t>ClearMethodIQ.com | Tool 21 – Anonymous Question QR Poster | Ages 13–17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3ECE71" w14:textId="77777777" w:rsidR="00E42E69" w:rsidRDefault="00E42E69">
      <w:pPr>
        <w:spacing w:after="0" w:line="240" w:lineRule="auto"/>
      </w:pPr>
      <w:r>
        <w:separator/>
      </w:r>
    </w:p>
  </w:footnote>
  <w:footnote w:type="continuationSeparator" w:id="0">
    <w:p w14:paraId="1BD77C5E" w14:textId="77777777" w:rsidR="00E42E69" w:rsidRDefault="00E42E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06648213">
    <w:abstractNumId w:val="8"/>
  </w:num>
  <w:num w:numId="2" w16cid:durableId="2093892586">
    <w:abstractNumId w:val="6"/>
  </w:num>
  <w:num w:numId="3" w16cid:durableId="1803116228">
    <w:abstractNumId w:val="5"/>
  </w:num>
  <w:num w:numId="4" w16cid:durableId="1593932925">
    <w:abstractNumId w:val="4"/>
  </w:num>
  <w:num w:numId="5" w16cid:durableId="1773207785">
    <w:abstractNumId w:val="7"/>
  </w:num>
  <w:num w:numId="6" w16cid:durableId="1962034563">
    <w:abstractNumId w:val="3"/>
  </w:num>
  <w:num w:numId="7" w16cid:durableId="499270973">
    <w:abstractNumId w:val="2"/>
  </w:num>
  <w:num w:numId="8" w16cid:durableId="266274393">
    <w:abstractNumId w:val="1"/>
  </w:num>
  <w:num w:numId="9" w16cid:durableId="18011444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373A2"/>
    <w:rsid w:val="0015074B"/>
    <w:rsid w:val="0029639D"/>
    <w:rsid w:val="00326F90"/>
    <w:rsid w:val="004567E8"/>
    <w:rsid w:val="00600830"/>
    <w:rsid w:val="00742D10"/>
    <w:rsid w:val="0083652A"/>
    <w:rsid w:val="009E5D02"/>
    <w:rsid w:val="00AA1D8D"/>
    <w:rsid w:val="00B47730"/>
    <w:rsid w:val="00C55546"/>
    <w:rsid w:val="00CB0664"/>
    <w:rsid w:val="00E42E6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C8F93C1"/>
  <w14:defaultImageDpi w14:val="300"/>
  <w15:docId w15:val="{F17978D7-DCF2-4752-B14A-DC25755300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C5554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5554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.jotform.com/262333513848055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343</Words>
  <Characters>1956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2295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Bayazid Kajol</cp:lastModifiedBy>
  <cp:revision>4</cp:revision>
  <dcterms:created xsi:type="dcterms:W3CDTF">2013-12-23T23:15:00Z</dcterms:created>
  <dcterms:modified xsi:type="dcterms:W3CDTF">2026-08-28T02:25:00Z</dcterms:modified>
  <cp:category/>
</cp:coreProperties>
</file>