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B9E4B" w14:textId="163C8B85" w:rsidR="007B440F" w:rsidRPr="007B440F" w:rsidRDefault="007B440F">
      <w:pPr>
        <w:jc w:val="center"/>
        <w:rPr>
          <w:b/>
          <w:sz w:val="48"/>
          <w:szCs w:val="36"/>
        </w:rPr>
      </w:pPr>
      <w:r w:rsidRPr="007B440F">
        <w:rPr>
          <w:b/>
          <w:sz w:val="48"/>
          <w:szCs w:val="36"/>
        </w:rPr>
        <w:t>Clearmethodiq</w:t>
      </w:r>
    </w:p>
    <w:p w14:paraId="1EF830ED" w14:textId="31FF9E60" w:rsidR="002D3B30" w:rsidRDefault="00000000">
      <w:pPr>
        <w:jc w:val="center"/>
      </w:pPr>
      <w:r>
        <w:rPr>
          <w:b/>
          <w:sz w:val="34"/>
        </w:rPr>
        <w:t>Tool 23 – Purpose First</w:t>
      </w:r>
    </w:p>
    <w:p w14:paraId="3279B177" w14:textId="35DB678F" w:rsidR="002D3B30" w:rsidRDefault="002D3B30" w:rsidP="00114C02"/>
    <w:p w14:paraId="0A0C3FDD" w14:textId="77777777" w:rsidR="002D3B30" w:rsidRDefault="00000000">
      <w:r>
        <w:rPr>
          <w:b/>
          <w:sz w:val="22"/>
        </w:rPr>
        <w:t>Google Form for Learners: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2D3B30" w14:paraId="36E15AEB" w14:textId="77777777">
        <w:trPr>
          <w:jc w:val="center"/>
        </w:trPr>
        <w:tc>
          <w:tcPr>
            <w:tcW w:w="10080" w:type="dxa"/>
          </w:tcPr>
          <w:p w14:paraId="12FAB43E" w14:textId="66A968F0" w:rsidR="002D3B30" w:rsidRDefault="00B43CC1" w:rsidP="00937755">
            <w:r>
              <w:t>[</w:t>
            </w:r>
            <w:hyperlink r:id="rId8" w:history="1">
              <w:r w:rsidRPr="00876A6A">
                <w:rPr>
                  <w:rStyle w:val="Hyperlink"/>
                </w:rPr>
                <w:t>https://docs.google.com/forms/d/1dB_oqexp2rpydBDFwwUpUf7U0KbgfKHSo5f2iaSUeqQ/copy</w:t>
              </w:r>
            </w:hyperlink>
            <w:r>
              <w:t>]</w:t>
            </w:r>
          </w:p>
        </w:tc>
      </w:tr>
    </w:tbl>
    <w:p w14:paraId="7E69C7E4" w14:textId="77777777" w:rsidR="002D3B30" w:rsidRDefault="00000000">
      <w:r>
        <w:rPr>
          <w:b/>
          <w:sz w:val="22"/>
        </w:rPr>
        <w:t>How to Use This Form:</w:t>
      </w:r>
    </w:p>
    <w:p w14:paraId="3B26682B" w14:textId="77777777" w:rsidR="002D3B30" w:rsidRDefault="00000000">
      <w:r>
        <w:rPr>
          <w:b/>
        </w:rPr>
        <w:t>1. Open your copied form.</w:t>
      </w:r>
    </w:p>
    <w:p w14:paraId="4B771AA7" w14:textId="77777777" w:rsidR="002D3B30" w:rsidRDefault="00000000">
      <w:pPr>
        <w:ind w:left="288"/>
      </w:pPr>
      <w:r>
        <w:t>Click the link above and make your own copy of the form in your Google account.</w:t>
      </w:r>
    </w:p>
    <w:p w14:paraId="33465B20" w14:textId="77777777" w:rsidR="002D3B30" w:rsidRDefault="00000000">
      <w:r>
        <w:rPr>
          <w:b/>
        </w:rPr>
        <w:t>2. Make sure you are working in your own copy, not the original.</w:t>
      </w:r>
    </w:p>
    <w:p w14:paraId="2D22A807" w14:textId="77777777" w:rsidR="002D3B30" w:rsidRDefault="00000000">
      <w:pPr>
        <w:ind w:left="288"/>
      </w:pPr>
      <w:r>
        <w:t>Your copy is the version you should use with your students.</w:t>
      </w:r>
    </w:p>
    <w:p w14:paraId="2594E05F" w14:textId="77777777" w:rsidR="002D3B30" w:rsidRDefault="00000000">
      <w:r>
        <w:rPr>
          <w:b/>
        </w:rPr>
        <w:t>3. Check that responses go to your account.</w:t>
      </w:r>
    </w:p>
    <w:p w14:paraId="5B706F75" w14:textId="77777777" w:rsidR="002D3B30" w:rsidRDefault="00000000">
      <w:pPr>
        <w:ind w:left="288"/>
      </w:pPr>
      <w:r>
        <w:t>Open the Responses tab in Google Forms and make sure responses are being collected in your account. You can also connect the form to a Google Sheet if you want to review responses in one place.</w:t>
      </w:r>
    </w:p>
    <w:p w14:paraId="0370B845" w14:textId="77777777" w:rsidR="002D3B30" w:rsidRDefault="00000000">
      <w:r>
        <w:rPr>
          <w:b/>
        </w:rPr>
        <w:t>4. Share the form with your students.</w:t>
      </w:r>
    </w:p>
    <w:p w14:paraId="1659DD9A" w14:textId="77777777" w:rsidR="002D3B30" w:rsidRDefault="00000000">
      <w:pPr>
        <w:ind w:left="288"/>
      </w:pPr>
      <w:r>
        <w:t>Click Send in Google Forms, copy your new form link, and share it with your students using the platform you normally use.</w:t>
      </w:r>
    </w:p>
    <w:p w14:paraId="109708B5" w14:textId="77777777" w:rsidR="002D3B30" w:rsidRDefault="00000000">
      <w:r>
        <w:rPr>
          <w:b/>
        </w:rPr>
        <w:t>5. Students complete the Purpose First questions.</w:t>
      </w:r>
    </w:p>
    <w:p w14:paraId="0D35BE3B" w14:textId="77777777" w:rsidR="002D3B30" w:rsidRDefault="00000000">
      <w:pPr>
        <w:ind w:left="288"/>
      </w:pPr>
      <w:r>
        <w:t>Students can use the form to think about what they are learning, why it matters, what they are trying to understand or accomplish, and how they can use the learning.</w:t>
      </w:r>
    </w:p>
    <w:p w14:paraId="61CF92EE" w14:textId="77777777" w:rsidR="002D3B30" w:rsidRDefault="00000000">
      <w:r>
        <w:rPr>
          <w:b/>
        </w:rPr>
        <w:t>6. Review responses for understanding.</w:t>
      </w:r>
    </w:p>
    <w:p w14:paraId="7344A8D2" w14:textId="77777777" w:rsidR="002D3B30" w:rsidRDefault="00000000">
      <w:pPr>
        <w:ind w:left="288"/>
      </w:pPr>
      <w:r>
        <w:t>Use the responses to see how students are connecting what they are learning to their goals, real-life use, and the bigger picture.</w:t>
      </w:r>
    </w:p>
    <w:p w14:paraId="2C0D83DD" w14:textId="77777777" w:rsidR="002D3B30" w:rsidRDefault="00000000">
      <w:r>
        <w:rPr>
          <w:b/>
        </w:rPr>
        <w:t>7. Use a spreadsheet if helpful.</w:t>
      </w:r>
    </w:p>
    <w:p w14:paraId="1D888DA1" w14:textId="77777777" w:rsidR="002D3B30" w:rsidRDefault="00000000">
      <w:pPr>
        <w:ind w:left="288"/>
      </w:pPr>
      <w:r>
        <w:t>You can connect the form to a Google Sheet to organize and review student responses in one place.</w:t>
      </w:r>
    </w:p>
    <w:p w14:paraId="1AAE12E3" w14:textId="7C1FA94C" w:rsidR="002D3B30" w:rsidRDefault="002D3B30"/>
    <w:sectPr w:rsidR="002D3B30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8225" w14:textId="77777777" w:rsidR="00BE2D59" w:rsidRDefault="00BE2D59">
      <w:pPr>
        <w:spacing w:after="0" w:line="240" w:lineRule="auto"/>
      </w:pPr>
      <w:r>
        <w:separator/>
      </w:r>
    </w:p>
  </w:endnote>
  <w:endnote w:type="continuationSeparator" w:id="0">
    <w:p w14:paraId="5D643774" w14:textId="77777777" w:rsidR="00BE2D59" w:rsidRDefault="00BE2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E5F8" w14:textId="77777777" w:rsidR="002D3B30" w:rsidRDefault="00000000">
    <w:pPr>
      <w:pStyle w:val="Footer"/>
      <w:jc w:val="center"/>
    </w:pPr>
    <w:r>
      <w:rPr>
        <w:sz w:val="16"/>
      </w:rPr>
      <w:t>ClearMethodIQ.com  |  Tool 23 – Purpose First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7C31" w14:textId="77777777" w:rsidR="00BE2D59" w:rsidRDefault="00BE2D59">
      <w:pPr>
        <w:spacing w:after="0" w:line="240" w:lineRule="auto"/>
      </w:pPr>
      <w:r>
        <w:separator/>
      </w:r>
    </w:p>
  </w:footnote>
  <w:footnote w:type="continuationSeparator" w:id="0">
    <w:p w14:paraId="5F31AF86" w14:textId="77777777" w:rsidR="00BE2D59" w:rsidRDefault="00BE2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515987">
    <w:abstractNumId w:val="8"/>
  </w:num>
  <w:num w:numId="2" w16cid:durableId="594241282">
    <w:abstractNumId w:val="6"/>
  </w:num>
  <w:num w:numId="3" w16cid:durableId="208497664">
    <w:abstractNumId w:val="5"/>
  </w:num>
  <w:num w:numId="4" w16cid:durableId="226378920">
    <w:abstractNumId w:val="4"/>
  </w:num>
  <w:num w:numId="5" w16cid:durableId="90009938">
    <w:abstractNumId w:val="7"/>
  </w:num>
  <w:num w:numId="6" w16cid:durableId="442188917">
    <w:abstractNumId w:val="3"/>
  </w:num>
  <w:num w:numId="7" w16cid:durableId="1807964391">
    <w:abstractNumId w:val="2"/>
  </w:num>
  <w:num w:numId="8" w16cid:durableId="1868638822">
    <w:abstractNumId w:val="1"/>
  </w:num>
  <w:num w:numId="9" w16cid:durableId="90814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DA"/>
    <w:rsid w:val="0006063C"/>
    <w:rsid w:val="00114C02"/>
    <w:rsid w:val="0015074B"/>
    <w:rsid w:val="0029639D"/>
    <w:rsid w:val="002C6F49"/>
    <w:rsid w:val="002D3B30"/>
    <w:rsid w:val="00326F90"/>
    <w:rsid w:val="0035586E"/>
    <w:rsid w:val="003857FF"/>
    <w:rsid w:val="00406351"/>
    <w:rsid w:val="0046141D"/>
    <w:rsid w:val="004B3756"/>
    <w:rsid w:val="004E4C19"/>
    <w:rsid w:val="00605B01"/>
    <w:rsid w:val="0076132F"/>
    <w:rsid w:val="007A1F27"/>
    <w:rsid w:val="007B440F"/>
    <w:rsid w:val="007C2292"/>
    <w:rsid w:val="007D72BD"/>
    <w:rsid w:val="008A114E"/>
    <w:rsid w:val="00937755"/>
    <w:rsid w:val="009C6687"/>
    <w:rsid w:val="00A02E20"/>
    <w:rsid w:val="00AA1D8D"/>
    <w:rsid w:val="00B43CC1"/>
    <w:rsid w:val="00B47730"/>
    <w:rsid w:val="00BE2D59"/>
    <w:rsid w:val="00C70646"/>
    <w:rsid w:val="00CB0664"/>
    <w:rsid w:val="00CE2452"/>
    <w:rsid w:val="00D7362B"/>
    <w:rsid w:val="00DD5137"/>
    <w:rsid w:val="00DE4CE5"/>
    <w:rsid w:val="00F16A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EF01F"/>
  <w14:defaultImageDpi w14:val="300"/>
  <w15:docId w15:val="{5DD027E8-45EE-420B-B860-624F57CF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377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7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1F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dB_oqexp2rpydBDFwwUpUf7U0KbgfKHSo5f2iaSUeqQ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Bayazid Kajol</cp:lastModifiedBy>
  <cp:revision>12</cp:revision>
  <dcterms:created xsi:type="dcterms:W3CDTF">2013-12-23T23:15:00Z</dcterms:created>
  <dcterms:modified xsi:type="dcterms:W3CDTF">2026-09-08T16:16:00Z</dcterms:modified>
  <cp:category/>
</cp:coreProperties>
</file>