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Tool 4 — Clarometry (Ages 7–12) —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Thank you for helping young learners feel safe exploring confusion. Tool #4 — Clarometry (“Name the Fog”) — teaches children to gently describe the kind of confusion they are experiencing.</w:t>
      </w:r>
    </w:p>
    <w:p w:rsidR="00000000" w:rsidDel="00000000" w:rsidP="00000000" w:rsidRDefault="00000000" w:rsidRPr="00000000" w14:paraId="00000005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IT IS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Clarometry is a worksheet that helps students: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• notice confusion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describe how it feels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put fog into words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begin understanding their own thinking</w:t>
      </w:r>
    </w:p>
    <w:p w:rsidR="00000000" w:rsidDel="00000000" w:rsidP="00000000" w:rsidRDefault="00000000" w:rsidRPr="00000000" w14:paraId="0000000B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• No judgment.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No wrong answers.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Not about solving everything.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Students must feel safe being honest.</w:t>
      </w:r>
    </w:p>
    <w:p w:rsidR="00000000" w:rsidDel="00000000" w:rsidP="00000000" w:rsidRDefault="00000000" w:rsidRPr="00000000" w14:paraId="00000010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Naming confusion: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reduces anxiety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improves understanding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helps emotional regulation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builds confidence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HOW TO START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Ask: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• “What part felt foggy today?”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• “Where did your thinking get cloudy?”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• “What type of fog did you feel?”</w:t>
      </w:r>
    </w:p>
    <w:p w:rsidR="00000000" w:rsidDel="00000000" w:rsidP="00000000" w:rsidRDefault="00000000" w:rsidRPr="00000000" w14:paraId="0000001D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PROMPTS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• “I feel foggy because…”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“This part confused me because…”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“My brain felt stuck when…”</w:t>
      </w:r>
    </w:p>
    <w:p w:rsidR="00000000" w:rsidDel="00000000" w:rsidP="00000000" w:rsidRDefault="00000000" w:rsidRPr="00000000" w14:paraId="00000021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NORMALIZING CONFUSION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Teach: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• Fog is normal.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• Fog means learning.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Naming fog is brave.</w:t>
      </w:r>
    </w:p>
    <w:p w:rsidR="00000000" w:rsidDel="00000000" w:rsidP="00000000" w:rsidRDefault="00000000" w:rsidRPr="00000000" w14:paraId="00000026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ACTIVITIES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Fog drawings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• Pair sharing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 Fog-of-the-day routine</w:t>
      </w:r>
    </w:p>
    <w:p w:rsidR="00000000" w:rsidDel="00000000" w:rsidP="00000000" w:rsidRDefault="00000000" w:rsidRPr="00000000" w14:paraId="0000002A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GUIDANCE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• Model your own confusion.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• Praise honesty.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• Keep tone warm.</w:t>
      </w:r>
    </w:p>
    <w:p w:rsidR="00000000" w:rsidDel="00000000" w:rsidP="00000000" w:rsidRDefault="00000000" w:rsidRPr="00000000" w14:paraId="0000002E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A gentle clarity system.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1. D’Mello &amp; Graesser — Naming confusion supports learning.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2. Pekrun — Understanding emotions aids performance.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3. Flavell — Metacognition improves comprehension.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4. Izard — Naming emotions reduces anxiety.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HlZd8Hvv0KtJcnGUk1Bu3ETTBA==">CgMxLjA4AHIhMTNoZE9oZDIxeDZwYmhsZHFOUFVxcy1sWnNvbmpOdjc4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