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Tool #3 Tree of Inquiry – Entrepreneurs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 ClearMethodIQ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Hello Valued Entrepreneur,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#3 — The Tree of Inquiry — helps you see how learning grows in branching directions. You begin with one main question, answer it, then ask new questions that grow from that answer.</w:t>
      </w:r>
    </w:p>
    <w:p w:rsidR="00000000" w:rsidDel="00000000" w:rsidP="00000000" w:rsidRDefault="00000000" w:rsidRPr="00000000" w14:paraId="00000006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IT IS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Includes: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Tree of Inquiry graphic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Printable worksheet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Google Form version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Start with a root question, add an answer, then create follow‑up questions as branches.</w:t>
      </w:r>
    </w:p>
    <w:p w:rsidR="00000000" w:rsidDel="00000000" w:rsidP="00000000" w:rsidRDefault="00000000" w:rsidRPr="00000000" w14:paraId="0000000C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No limit to how many questions you ask.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No right or wrong questions.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This is not a quiz — it is curiosity practice.</w:t>
      </w:r>
    </w:p>
    <w:p w:rsidR="00000000" w:rsidDel="00000000" w:rsidP="00000000" w:rsidRDefault="00000000" w:rsidRPr="00000000" w14:paraId="00000010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Branching questions help entrepreneurs: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uncover assumptions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clarify decisions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reveal risks and opportunities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identify next steps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learn faster with less overwhelm</w:t>
      </w:r>
    </w:p>
    <w:p w:rsidR="00000000" w:rsidDel="00000000" w:rsidP="00000000" w:rsidRDefault="00000000" w:rsidRPr="00000000" w14:paraId="00000017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HOW TO USE THE TOOL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1. Choose a meaningful root question.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2. Write a short answer.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3. Ask: “What does this answer make me wonder next?”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4. Add every new question as a branch.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5. Keep branching until you find next steps or insights.</w:t>
      </w:r>
    </w:p>
    <w:p w:rsidR="00000000" w:rsidDel="00000000" w:rsidP="00000000" w:rsidRDefault="00000000" w:rsidRPr="00000000" w14:paraId="0000001D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TOPIC IDEAS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• customer research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pricing decisions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product assumptions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messaging clarity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• growth questions</w:t>
      </w:r>
    </w:p>
    <w:p w:rsidR="00000000" w:rsidDel="00000000" w:rsidP="00000000" w:rsidRDefault="00000000" w:rsidRPr="00000000" w14:paraId="00000023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NEXT STEPS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Select 2–3 branches that lead to clear actions: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experiments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interviews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tests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prototypes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Update your tree as clarity grows.</w:t>
      </w:r>
    </w:p>
    <w:p w:rsidR="00000000" w:rsidDel="00000000" w:rsidP="00000000" w:rsidRDefault="00000000" w:rsidRPr="00000000" w14:paraId="0000002A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ENCOURAGEMENT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 Be honest.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• Let the branches grow freely.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• Messy trees show deep thinking.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• Revisit the tree when stuck.</w:t>
      </w:r>
    </w:p>
    <w:p w:rsidR="00000000" w:rsidDel="00000000" w:rsidP="00000000" w:rsidRDefault="00000000" w:rsidRPr="00000000" w14:paraId="0000002F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NOTES &amp; GUIDANCE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Use the Tree of Inquiry weekly, during planning, or when making decisions. Share trees with mentors or partners for fresh perspectives.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ABOUT CLEARMETHODIQ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gentle, clarity-based system for entrepreneurs.</w:t>
      </w:r>
    </w:p>
    <w:p w:rsidR="00000000" w:rsidDel="00000000" w:rsidP="00000000" w:rsidRDefault="00000000" w:rsidRPr="00000000" w14:paraId="00000033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1. Graesser &amp; Person — Follow‑up questions deepen reasoning.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2. Chin &amp; Brown — Inquiry branching improves reflective thinking.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3. Nystrand — Open questions increase engagement and clarity.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4. Entrepreneurial learning studies — Question cycles improve decision‑making.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X6QvSC0NL7X2CXHFiHaV4T/Giw==">CgMxLjA4AHIhMWlGU0RlM2VPaUlsVGtOc1FRVnVJaWpqUDd2TkxzQXNv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