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 – Tool #3 Tree of Inquiry (Business Employees) – ClearMethodIQ Edition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Manager,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Thank you for supporting a clarity-based workplace. Tool #3 — The Tree of Inquiry — helps employees understand that learning and problem‑solving grow in branching directions. One question leads to an answer, and that answer leads to new questions. This tool teaches that clarity is a process, not a straight line.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IT IS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Tree of Inquiry includes: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• A Tree of Inquiry graphic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A printable worksheet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A Google Form version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Employees begin with one main root question. They write an answer, then create follow‑up questions that branch outward. Each branch represents curiosity and deeper thinking.</w:t>
      </w:r>
    </w:p>
    <w:p w:rsidR="00000000" w:rsidDel="00000000" w:rsidP="00000000" w:rsidRDefault="00000000" w:rsidRPr="00000000" w14:paraId="0000000B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NO LIMITS, NO RIGHT OR WRONG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Please make this clear: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There is NO limit to questions.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There are NO wrong questions.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This is NOT a quiz.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The goal is exploration, not performance.</w:t>
      </w:r>
    </w:p>
    <w:p w:rsidR="00000000" w:rsidDel="00000000" w:rsidP="00000000" w:rsidRDefault="00000000" w:rsidRPr="00000000" w14:paraId="00000011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The Tree of Inquiry: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Reveals hidden gaps in understanding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Helps employees explore tasks from multiple angles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Improves communication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• Supports better decision‑making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Strengthens long‑term clarity</w:t>
      </w:r>
    </w:p>
    <w:p w:rsidR="00000000" w:rsidDel="00000000" w:rsidP="00000000" w:rsidRDefault="00000000" w:rsidRPr="00000000" w14:paraId="00000018">
      <w:pPr>
        <w:rPr>
          <w:b w:val="1"/>
          <w:bCs w:val="1"/>
          <w:color w:val="4f81bd"/>
          <w:sz w:val="30"/>
          <w:szCs w:val="30"/>
        </w:rPr>
      </w:pPr>
      <w:r w:rsidDel="00000000" w:rsidR="00000000" w:rsidRPr="00000000">
        <w:rPr>
          <w:b w:val="1"/>
          <w:bCs w:val="1"/>
          <w:color w:val="4f81bd"/>
          <w:sz w:val="30"/>
          <w:szCs w:val="30"/>
          <w:rtl w:val="0"/>
        </w:rPr>
        <w:t xml:space="preserve">D. STARTING THE ACTIVITY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Ask employees: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• “What part of this task or project do you need more clarity on?”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• “What question should we use as the root?”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Assign a topic or let employees choose one.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E. CHOOSING TOPICS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“What is the goal of this project?”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“Where does my role fit in the workflow?”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• “How does this policy affect our team or customers?”</w:t>
      </w:r>
    </w:p>
    <w:p w:rsidR="00000000" w:rsidDel="00000000" w:rsidP="00000000" w:rsidRDefault="00000000" w:rsidRPr="00000000" w14:paraId="00000022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LET THE BRANCHES GROW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Once employees answer the root question: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• Ask: “What new question appears from this answer?”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Encourage deep branching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Allow branches to split into smaller branches</w:t>
      </w:r>
    </w:p>
    <w:p w:rsidR="00000000" w:rsidDel="00000000" w:rsidP="00000000" w:rsidRDefault="00000000" w:rsidRPr="00000000" w14:paraId="00000027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TEAM EXTENSIONS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Employees may: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Share trees in meetings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Identify overlapping questions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• Map team‑wide patterns of confusion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• Use trees to refine communication</w:t>
      </w:r>
    </w:p>
    <w:p w:rsidR="00000000" w:rsidDel="00000000" w:rsidP="00000000" w:rsidRDefault="00000000" w:rsidRPr="00000000" w14:paraId="0000002D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MANAGER NOTES &amp; GUIDANCE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• Encourage curiosity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• Praise good questions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• Never shut down a branch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Use trees to improve training and clarity</w:t>
      </w:r>
    </w:p>
    <w:p w:rsidR="00000000" w:rsidDel="00000000" w:rsidP="00000000" w:rsidRDefault="00000000" w:rsidRPr="00000000" w14:paraId="00000032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JOIN THE MOVEMENT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ClearMethodIQ supports open communication and curiosity‑based workplaces.</w:t>
      </w:r>
    </w:p>
    <w:p w:rsidR="00000000" w:rsidDel="00000000" w:rsidP="00000000" w:rsidRDefault="00000000" w:rsidRPr="00000000" w14:paraId="00000034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A gentle clarity system for professionals who value emotional intelligence and structured understanding.</w:t>
      </w:r>
    </w:p>
    <w:p w:rsidR="00000000" w:rsidDel="00000000" w:rsidP="00000000" w:rsidRDefault="00000000" w:rsidRPr="00000000" w14:paraId="00000036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1. Graesser — Follow‑up questioning improves comprehension.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2. Chin &amp; Brown — Inquiry branching deepens reasoning.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3. Nystrand — Open questions increase engagement.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4. Dillon — Divergent questioning builds higher‑order thinking.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5. Workplace studies — Branching inquiry reduces errors and improves clarity.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ABYJVdX8lDwfsxdlhSYM5txT7Q==">CgMxLjA4AHIhMXVIUFFjdVE5Mm9jTVdRaldsMTBvcC05bThEZFN3ZDh3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