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 – Tool #7B: How to Use ChatGPT to Understand Anything Entrepreneur -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Entrepreneur,</w:t>
        <w:br w:type="textWrapping"/>
        <w:br w:type="textWrapping"/>
        <w:t xml:space="preserve">This version of Tool #7B supports entrepreneurs in using AI to clarify ideas, think through uncertainty, and strengthen understanding during the innovation process.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A. What This Tool Is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Tool #7B is an instructional handout that teaches entrepreneurs how to use ChatGPT as a clarity tool when ideas feel messy, overwhelming, or unclear. It reinforces that AI cannot read minds and only responds well when confusion is explained clearly.</w:t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B. Purpose of the Tool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The purpose of Tool #7B is to help entrepreneurs slow down their thinking, clarify ideas, ask stronger questions, and use AI to sharpen understanding rather than chase fast answers.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C. The Golden Rule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AI is not the thinker — you are. Entrepreneurs must clearly explain what feels confusing and restate insights in their own words to confirm real understanding.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D. Starting the Conversation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Helpful prompts:</w:t>
        <w:br w:type="textWrapping"/>
        <w:t xml:space="preserve">• “Here’s what I’m trying to figure out…”</w:t>
        <w:br w:type="textWrapping"/>
        <w:t xml:space="preserve">• “This part of my idea is still unclear…”</w:t>
        <w:br w:type="textWrapping"/>
        <w:t xml:space="preserve">• “Let me explain this back in my own words…”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E. When to Use This Tool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Use this tool when developing ideas, learning new concepts, planning strategy, feeling overwhelmed, or whenever something feels ‘too big’ or confusing.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F. What Happens Next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Entrepreneurs gain clearer thinking, stronger articulation of ideas, and greater confidence in navigating uncertainty.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G. Tool Connections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Pairs well with Tool 1 (What’s Confusing), Tool 4 (Clarometry), Tool 6 (Reformulation), Tool 9 (Confusion Confessions), and Tool 17 (Impossible Made Simple).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H. Notes for Entrepreneurs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Reward clarity over speed. Embrace confusion as part of innovation. Use AI to reflect thinking — not replace it.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Branding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ClearMethodIQ provides structured clarity tools that help learners and entrepreneurs move from confusion to insight.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GENIUS Method Tagline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Find the GENIUS method for learning anything at www.clearmethodiq.com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Research Behind This Tool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Research on metacognition, entrepreneurship education, and reflective questioning shows that restating ideas, clarifying uncertainty, and asking better questions improves decision-making, innovation, and long-term learning.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Y6Jf6xUx3cxh3rF6+HyeTM+Zvg==">CgMxLjA4AHIhMUJLOV9RQ0o3T1RyV3I3Mml5eGh5RG5DMzNUcVhQOEpN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