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Instructions-Tool 4 - Clarometry for Business Employees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ClearMethodIQ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Hello Valued Manager,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Thank you for supporting a workplace where clarity, emotional safety, and open communication are encouraged. Tool #4 — Clarometry (“Business Employees”) — helps employees identify and describe the type of confusion they are experiencing. Instead of hiding uncertainty, they learn to name their fog and begin moving toward clarity.</w:t>
      </w:r>
    </w:p>
    <w:p w:rsidR="00000000" w:rsidDel="00000000" w:rsidP="00000000" w:rsidRDefault="00000000" w:rsidRPr="00000000" w14:paraId="00000007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Clarometry is a simple but powerful worksheet designed to help employees: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notice when something feels unclear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describe their confusion in plain language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• understand whether the confusion is task fog, process fog, priority fog, or emotional fog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feel safe expressing uncertainty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worksheet may be paired with the Clarometry Field Guide on the ClearMethodIQ website.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B. THE GOLDEN RULE — A SHAME‑FREE WORKPLACE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Please make this very clear: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Confusion is normal — it is not a performance problem.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There are NO wrong answers.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This is NOT a test or evaluation.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Your employees must feel safe being completely honest.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Clarity grows when people feel safe admitting fog.</w:t>
      </w:r>
    </w:p>
    <w:p w:rsidR="00000000" w:rsidDel="00000000" w:rsidP="00000000" w:rsidRDefault="00000000" w:rsidRPr="00000000" w14:paraId="0000001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Employees often hide confusion because they don’t want to look unprepared. Naming the fog helps them: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reduce anxiety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• better understand what support they need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• prevent misunderstandings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communicate openly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• improve their confidence and performance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Research shows that identifying confusion helps with problem‑solving and emotional regulation.</w:t>
      </w:r>
    </w:p>
    <w:p w:rsidR="00000000" w:rsidDel="00000000" w:rsidP="00000000" w:rsidRDefault="00000000" w:rsidRPr="00000000" w14:paraId="0000001D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HOW TO USE THIS TOOL WITH EMPLOYEES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Invite employees to reflect on where confusion appeared: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“What part of this task or process felt unclear?”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“What kind of fog did you feel — instruction fog, workflow fog, or emotional fog?”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“Where did your thinking get stuck?”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Model openness as a manager: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“I had fog too when I first looked at this process.”</w:t>
      </w:r>
    </w:p>
    <w:p w:rsidR="00000000" w:rsidDel="00000000" w:rsidP="00000000" w:rsidRDefault="00000000" w:rsidRPr="00000000" w14:paraId="00000024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PROMPTS EMPLOYEES CAN USE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Employees may use prompts such as: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“My fog sounds like…”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“I’m unsure about…”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“This step confused me because…”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“I don’t understand this instruction yet because…”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“I’m not sure which part to prioritize.”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Encourage detail and honesty.</w:t>
      </w:r>
    </w:p>
    <w:p w:rsidR="00000000" w:rsidDel="00000000" w:rsidP="00000000" w:rsidRDefault="00000000" w:rsidRPr="00000000" w14:paraId="0000002C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NORMALIZING CONFUSION AT WORK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Communicate that: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• Confusion is normal in complex work.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• Naming fog prevents errors and wasted time.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Being honest helps the entire team.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Fog is useful information — not a flaw.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Employees should feel comfortable expressing uncertainty.</w:t>
      </w:r>
    </w:p>
    <w:p w:rsidR="00000000" w:rsidDel="00000000" w:rsidP="00000000" w:rsidRDefault="00000000" w:rsidRPr="00000000" w14:paraId="00000033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TEAM MEETING APPLICATIONS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Clarometry can be used in: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• project kickoffs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• workflow reviews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• training sessions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• team check‑ins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Discussion ideas: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• “What fog needs clearing before we move forward?”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• “Are several team members experiencing the same fog?”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• “What resources or clarity would help reduce this fog?”</w:t>
      </w:r>
    </w:p>
    <w:p w:rsidR="00000000" w:rsidDel="00000000" w:rsidP="00000000" w:rsidRDefault="00000000" w:rsidRPr="00000000" w14:paraId="0000003D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MANAGER NOTES &amp; GUIDANCE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• Praise honesty, not perfection.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• Avoid correcting too quickly — listen deeply.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• Never shame an employee for not understanding.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• Share your own fog moments to normalize openness.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• Reinforce: Naming the fog is the first step toward clarity.</w:t>
      </w:r>
    </w:p>
    <w:p w:rsidR="00000000" w:rsidDel="00000000" w:rsidP="00000000" w:rsidRDefault="00000000" w:rsidRPr="00000000" w14:paraId="00000043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ClearMethodIQ helps workplaces replace silence and uncertainty with structured clarity and emotional safety.</w:t>
      </w:r>
    </w:p>
    <w:p w:rsidR="00000000" w:rsidDel="00000000" w:rsidP="00000000" w:rsidRDefault="00000000" w:rsidRPr="00000000" w14:paraId="0000004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THE GENIUS TAGLINE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Helping people move from fog to clarity — one gentle step at a time.</w:t>
      </w:r>
    </w:p>
    <w:p w:rsidR="00000000" w:rsidDel="00000000" w:rsidP="00000000" w:rsidRDefault="00000000" w:rsidRPr="00000000" w14:paraId="00000047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1. D’Mello &amp; Graesser — Naming confusion supports deeper engagement and comprehension.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2. Pekrun — Emotional awareness reduces stress and improves performance.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3. Flavell — Metacognition helps employees understand their own thinking.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4. Izard — Identifying emotions reduces anxiety and improves decision‑making.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dPkUOjZUjx4JAsA9NmY8lJZKtg==">CgMxLjA4AHIhMXVEamVUeXdXX3FQbWtnYXdMdmdrYTBFdWloSTVWVzVC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