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 - Tool 05 - Learning Habits Self-Study (Entrepreneurs)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Hello Valued Entrepreneur,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Tool 05 — Learning Habits Self-Study helps you understand how YOU learn, think, and generate ideas. It is a printable worksheet and Google Form designed to reveal your personal learning conditions, focus patterns, and creative rhythms.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a self-reflection tool that guides you to explore: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when you focus best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what helps or hurts your productivity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how you prefer to absorb information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when and where your ideas naturally appear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what routines support your clarity and performance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It is not a test—only a mirror to understand your thinking.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BE COMPLETELY HONEST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This tool only works if: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you do NOT try to sound “successful” or “perfect”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you answer honestly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you treat it as self-discovery, not self-judgment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No right or wrong answers exist.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Entrepreneurs who understand their learning habits: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reduce overwhelm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improve strategic decision-making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avoid productivity traps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recognize their natural idea-generation patterns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build more sustainable work routines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Self-awareness increases creativity, clarity, and business performance.</w:t>
      </w:r>
    </w:p>
    <w:p w:rsidR="00000000" w:rsidDel="00000000" w:rsidP="00000000" w:rsidRDefault="00000000" w:rsidRPr="00000000" w14:paraId="0000001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&amp; HOW TO USE IT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Use this tool: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at the start of a new quarter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before a major pivot or decision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when you feel stuck or unfocused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during idea-planning or reflection sessions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monthly as a clarity check-in</w:t>
      </w:r>
    </w:p>
    <w:p w:rsidR="00000000" w:rsidDel="00000000" w:rsidP="00000000" w:rsidRDefault="00000000" w:rsidRPr="00000000" w14:paraId="00000024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&amp; QUESTIONS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“When do I focus best?”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“What environment improves my thinking?”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“Where do most of my ideas appear?”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“Which habits drain my energy?”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“What small changes could improve my clarity?”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“What triggers overwhelm for me?”</w:t>
      </w:r>
    </w:p>
    <w:p w:rsidR="00000000" w:rsidDel="00000000" w:rsidP="00000000" w:rsidRDefault="00000000" w:rsidRPr="00000000" w14:paraId="0000002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APPLY INSIGHTS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After completing the tool: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Identify your top 3 productive conditions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Remove or reduce known blockers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Build routines around your natural creativity cycles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Adjust your schedule to your focus windows</w:t>
      </w:r>
    </w:p>
    <w:p w:rsidR="00000000" w:rsidDel="00000000" w:rsidP="00000000" w:rsidRDefault="00000000" w:rsidRPr="00000000" w14:paraId="00000031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&amp; TRACKING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Repeat monthly and compare changes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Keep a “clarity log” for ideas and insights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Track habits that improve or weaken your performance</w:t>
      </w:r>
    </w:p>
    <w:p w:rsidR="00000000" w:rsidDel="00000000" w:rsidP="00000000" w:rsidRDefault="00000000" w:rsidRPr="00000000" w14:paraId="0000003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ENTREPRENEUR GUIDANCE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Be gentle with yourself—this is exploration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Your patterns will evolve over time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Use the insights to design your workflow more intelligently</w:t>
      </w:r>
    </w:p>
    <w:p w:rsidR="00000000" w:rsidDel="00000000" w:rsidP="00000000" w:rsidRDefault="00000000" w:rsidRPr="00000000" w14:paraId="00000039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ClearMethodIQ helps entrepreneurs build clarity, emotional safety, and high-level thinking through structured reflection.</w:t>
      </w:r>
    </w:p>
    <w:p w:rsidR="00000000" w:rsidDel="00000000" w:rsidP="00000000" w:rsidRDefault="00000000" w:rsidRPr="00000000" w14:paraId="0000003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THE GENIUS TAGLINE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Helping people move from fog to clarity—one thoughtful step at a time.</w:t>
      </w:r>
    </w:p>
    <w:p w:rsidR="00000000" w:rsidDel="00000000" w:rsidP="00000000" w:rsidRDefault="00000000" w:rsidRPr="00000000" w14:paraId="0000003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1. Metacognition research shows that self-awareness improves performance and decision-making.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2. Studies on self-regulated learning demonstrate that reflection increases productivity and long-term outcomes.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 Creativity research shows that ideas appear during low-pressure moments—tracking these patterns improves innovation.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4. Reflection-based interventions are linked to improved problem-solving and clarity across professional fields.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Se7rGgTb0UxhScNAOuZ4A+8pw==">CgMxLjA4AHIhMXJQSkg1WGxtcldJbVBKODZpOTlQa2FFMzZpLWh4YjdC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