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 – Book of Understanding #2 (Entrepreneurs)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 Edition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Hello Valued Entrepreneur,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Thank you for continuing your clarity journey. Book of Understanding #2 helps you look back at the confusion you listed in Book #1 and notice how your understanding has grown. Entrepreneurs often learn in fast, challenging environments, and this tool helps you slow down and see your progress clearly.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Book #2 guides you to: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Rewrite what you did not understand from Book #1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Add what NOW makes sense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Write what helped you understand it (a conversation, example, video, research, mentor, practice)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Note anything that is still unclear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Add next steps you might take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This page becomes your “before and after” snapshot of clarity.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WHY IT MATTERS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Entrepreneurs often forget how much they are learning because progress happens in small steps. Book #2 helps you: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See how far you’ve come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Notice which learning methods work best for you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Reduce stress by showing real improvement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Identify what still needs attention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Build confidence as clarity grows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When you can see your progress, decision-making becomes easier.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HOW TO USE THE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1. Look at your original confusion list from Book #1.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2. Rewrite the things you did not understand before.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3. Add what now makes sense to you.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4. Write what helped you learn — examples, conversations, explanations, diagrams, notes, trial and error.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5. Be honest about what still feels confusing.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6. Add what you plan to do next to gain full clarity.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tool is simple, calm, and meant to support your thinking — not judge it.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REFLECTION IDEAS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You may ask yourself: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“What helped my clarity the most?”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• “What still feels confusing?”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“What steps can I take next?”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“What patterns do I notice in the way I learn?”</w:t>
      </w:r>
    </w:p>
    <w:p w:rsidR="00000000" w:rsidDel="00000000" w:rsidP="00000000" w:rsidRDefault="00000000" w:rsidRPr="00000000" w14:paraId="0000002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EXTENDING THE ACTIVITY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You can use Book #2: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Weekly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Before big decisions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After finishing a course or training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When planning a new business step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Anytime you feel unsure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It becomes a gentle record of your growth as an entrepreneur.</w:t>
      </w:r>
    </w:p>
    <w:p w:rsidR="00000000" w:rsidDel="00000000" w:rsidP="00000000" w:rsidRDefault="00000000" w:rsidRPr="00000000" w14:paraId="0000002E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ENCOURAGEMENT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Be honest — clarity grows from honesty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Be patient — understanding takes time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Celebrate small wins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Write freely — this is for you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Confusion is normal, not a flaw</w:t>
      </w:r>
    </w:p>
    <w:p w:rsidR="00000000" w:rsidDel="00000000" w:rsidP="00000000" w:rsidRDefault="00000000" w:rsidRPr="00000000" w14:paraId="00000034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JOIN THE MOVEMENT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Feel free to adapt this tool to your workflow. If you find new ways it helps you, share your insight at www.clearmethodiq.com so other entrepreneurs can learn too.</w:t>
      </w:r>
    </w:p>
    <w:p w:rsidR="00000000" w:rsidDel="00000000" w:rsidP="00000000" w:rsidRDefault="00000000" w:rsidRPr="00000000" w14:paraId="00000036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ABOUT CLEARMETHODIQ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ClearMethodIQ is the gentle guidance system for learners of all ages. It helps you understand your thoughts with curiosity instead of pressure.</w:t>
      </w:r>
    </w:p>
    <w:p w:rsidR="00000000" w:rsidDel="00000000" w:rsidP="00000000" w:rsidRDefault="00000000" w:rsidRPr="00000000" w14:paraId="0000003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1. D’Mello &amp; Graesser — Reflection on confusion improves learning.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2. Flavell — Awareness of thinking strengthens understanding.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3. Dewey — Reflection turns experience into growth.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4. Entrepreneurial learning studies — Tracking clarity improves decision-making and reduces overwhelm.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cdm2Wqh9LiBtGj2+sXDluwgsZA==">CgMxLjA4AHIhMWQxR1pXVWM0UWx5UHU5T1h5QVI1cmd5dFJ4UTREX2Rs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